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A9308" w14:textId="77777777" w:rsidR="001605D8" w:rsidRDefault="00000000" w:rsidP="005F681D">
      <w:pPr>
        <w:pStyle w:val="Heading1"/>
        <w:jc w:val="center"/>
        <w:rPr>
          <w:sz w:val="40"/>
          <w:szCs w:val="40"/>
        </w:rPr>
      </w:pPr>
      <w:r w:rsidRPr="005F681D">
        <w:rPr>
          <w:sz w:val="40"/>
          <w:szCs w:val="40"/>
        </w:rPr>
        <w:t>Random Number Table</w:t>
      </w:r>
    </w:p>
    <w:p w14:paraId="258E3DC9" w14:textId="77777777" w:rsidR="005F681D" w:rsidRPr="005F681D" w:rsidRDefault="005F681D" w:rsidP="005F681D"/>
    <w:p w14:paraId="20C741C5" w14:textId="77777777" w:rsidR="001605D8" w:rsidRDefault="00000000">
      <w:r>
        <w:rPr>
          <w:rFonts w:ascii="Courier New" w:hAnsi="Courier New"/>
          <w:sz w:val="36"/>
        </w:rPr>
        <w:t>48291 73064 15987 24630 91584 60371 87425 39106 72849 15037</w:t>
      </w:r>
    </w:p>
    <w:p w14:paraId="1732EE52" w14:textId="77777777" w:rsidR="001605D8" w:rsidRDefault="00000000">
      <w:r>
        <w:rPr>
          <w:rFonts w:ascii="Courier New" w:hAnsi="Courier New"/>
          <w:sz w:val="36"/>
        </w:rPr>
        <w:t>96418 23705 58142 70983 41625 85097 32461 17850 69234 54718</w:t>
      </w:r>
    </w:p>
    <w:p w14:paraId="17ED8BC5" w14:textId="77777777" w:rsidR="001605D8" w:rsidRDefault="00000000">
      <w:r>
        <w:rPr>
          <w:rFonts w:ascii="Courier New" w:hAnsi="Courier New"/>
          <w:sz w:val="36"/>
        </w:rPr>
        <w:t>30592 84617 29053 67184 15829 73460 92571 48036 21795 86342</w:t>
      </w:r>
    </w:p>
    <w:p w14:paraId="0F17BF17" w14:textId="77777777" w:rsidR="001605D8" w:rsidRDefault="00000000">
      <w:r>
        <w:rPr>
          <w:rFonts w:ascii="Courier New" w:hAnsi="Courier New"/>
          <w:sz w:val="36"/>
        </w:rPr>
        <w:t>75106 42839 96025 13487 58214 79350 24698 01574 63982 87145</w:t>
      </w:r>
    </w:p>
    <w:p w14:paraId="1D0A8384" w14:textId="77777777" w:rsidR="001605D8" w:rsidRDefault="00000000">
      <w:r>
        <w:rPr>
          <w:rFonts w:ascii="Courier New" w:hAnsi="Courier New"/>
          <w:sz w:val="36"/>
        </w:rPr>
        <w:t>19472 65380 82715 34096 51827 97431 20568 76143 48920 13675</w:t>
      </w:r>
    </w:p>
    <w:p w14:paraId="37640E3C" w14:textId="77777777" w:rsidR="001605D8" w:rsidRDefault="00000000">
      <w:r>
        <w:rPr>
          <w:rFonts w:ascii="Courier New" w:hAnsi="Courier New"/>
          <w:sz w:val="36"/>
        </w:rPr>
        <w:t>84263 51907 27634 98051 34726 61849 75390 02485 16593 40718</w:t>
      </w:r>
    </w:p>
    <w:p w14:paraId="1482DEE1" w14:textId="77777777" w:rsidR="001605D8" w:rsidRDefault="00000000">
      <w:r>
        <w:rPr>
          <w:rFonts w:ascii="Courier New" w:hAnsi="Courier New"/>
          <w:sz w:val="36"/>
        </w:rPr>
        <w:t>23851 69470 81523 43097 97216 50684 38941 12760 85439 26175</w:t>
      </w:r>
    </w:p>
    <w:p w14:paraId="7BAD115C" w14:textId="77777777" w:rsidR="001605D8" w:rsidRDefault="00000000">
      <w:r>
        <w:rPr>
          <w:rFonts w:ascii="Courier New" w:hAnsi="Courier New"/>
          <w:sz w:val="36"/>
        </w:rPr>
        <w:t>70945 18362 64718 52039 89654 31247 78105 94526 07381 65824</w:t>
      </w:r>
    </w:p>
    <w:p w14:paraId="397FFC65" w14:textId="77777777" w:rsidR="001605D8" w:rsidRDefault="00000000">
      <w:r>
        <w:rPr>
          <w:rFonts w:ascii="Courier New" w:hAnsi="Courier New"/>
          <w:sz w:val="36"/>
        </w:rPr>
        <w:t>41689 23507 97812 56143 80427 13958 62071 34795 75260 98134</w:t>
      </w:r>
    </w:p>
    <w:p w14:paraId="7E027FD6" w14:textId="77777777" w:rsidR="001605D8" w:rsidRDefault="00000000">
      <w:r>
        <w:rPr>
          <w:rFonts w:ascii="Courier New" w:hAnsi="Courier New"/>
          <w:sz w:val="36"/>
        </w:rPr>
        <w:t>58316 02479 76125 49083 21746 83591 64820 17539 90264 35618</w:t>
      </w:r>
    </w:p>
    <w:sectPr w:rsidR="001605D8" w:rsidSect="005F681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2818066">
    <w:abstractNumId w:val="8"/>
  </w:num>
  <w:num w:numId="2" w16cid:durableId="746421234">
    <w:abstractNumId w:val="6"/>
  </w:num>
  <w:num w:numId="3" w16cid:durableId="1997027051">
    <w:abstractNumId w:val="5"/>
  </w:num>
  <w:num w:numId="4" w16cid:durableId="231350890">
    <w:abstractNumId w:val="4"/>
  </w:num>
  <w:num w:numId="5" w16cid:durableId="1441299993">
    <w:abstractNumId w:val="7"/>
  </w:num>
  <w:num w:numId="6" w16cid:durableId="1888755649">
    <w:abstractNumId w:val="3"/>
  </w:num>
  <w:num w:numId="7" w16cid:durableId="2103253663">
    <w:abstractNumId w:val="2"/>
  </w:num>
  <w:num w:numId="8" w16cid:durableId="830757774">
    <w:abstractNumId w:val="1"/>
  </w:num>
  <w:num w:numId="9" w16cid:durableId="146731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5D8"/>
    <w:rsid w:val="0029639D"/>
    <w:rsid w:val="00326F90"/>
    <w:rsid w:val="005F681D"/>
    <w:rsid w:val="00AA1D8D"/>
    <w:rsid w:val="00B47730"/>
    <w:rsid w:val="00CB0664"/>
    <w:rsid w:val="00FA44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FBAB4"/>
  <w14:defaultImageDpi w14:val="300"/>
  <w15:docId w15:val="{C40F6706-F185-461E-8403-6F8F9361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Digvijiy Dhakre</cp:lastModifiedBy>
  <cp:revision>2</cp:revision>
  <dcterms:created xsi:type="dcterms:W3CDTF">2013-12-23T23:15:00Z</dcterms:created>
  <dcterms:modified xsi:type="dcterms:W3CDTF">2026-08-02T03:22:00Z</dcterms:modified>
  <cp:category/>
</cp:coreProperties>
</file>